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923B3" w14:textId="7870CAAE" w:rsidR="00EC4BF6" w:rsidRDefault="00687589">
      <w:pPr>
        <w:pStyle w:val="Heading1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9604D69" wp14:editId="692641A1">
            <wp:simplePos x="0" y="0"/>
            <wp:positionH relativeFrom="margin">
              <wp:posOffset>-123825</wp:posOffset>
            </wp:positionH>
            <wp:positionV relativeFrom="paragraph">
              <wp:posOffset>0</wp:posOffset>
            </wp:positionV>
            <wp:extent cx="1838960" cy="1621790"/>
            <wp:effectExtent l="0" t="0" r="8890" b="0"/>
            <wp:wrapTight wrapText="bothSides">
              <wp:wrapPolygon edited="0">
                <wp:start x="0" y="0"/>
                <wp:lineTo x="0" y="21312"/>
                <wp:lineTo x="21481" y="21312"/>
                <wp:lineTo x="21481" y="0"/>
                <wp:lineTo x="0" y="0"/>
              </wp:wrapPolygon>
            </wp:wrapTight>
            <wp:docPr id="1701721778" name="Picture 1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21778" name="Picture 1" descr="A logo for a company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🌎 International Students</w:t>
      </w:r>
      <w:r w:rsidR="00734CF5">
        <w:t>,</w:t>
      </w:r>
      <w:r>
        <w:t xml:space="preserve"> Internships </w:t>
      </w:r>
      <w:r w:rsidR="00734CF5">
        <w:t>&amp;</w:t>
      </w:r>
      <w:r>
        <w:t xml:space="preserve"> </w:t>
      </w:r>
      <w:r w:rsidR="00734CF5">
        <w:t>Curricular Practical Training (CPT)</w:t>
      </w:r>
    </w:p>
    <w:p w14:paraId="661B76D0" w14:textId="77777777" w:rsidR="00EC4BF6" w:rsidRDefault="00913B19">
      <w:pPr>
        <w:pStyle w:val="Heading2"/>
      </w:pPr>
      <w:r>
        <w:t>What is CPT?</w:t>
      </w:r>
    </w:p>
    <w:p w14:paraId="46A9F0BD" w14:textId="37A8632C" w:rsidR="00EC4BF6" w:rsidRDefault="00BF30E2" w:rsidP="00687589">
      <w:r>
        <w:t>-</w:t>
      </w:r>
      <w:r w:rsidR="00913B19" w:rsidRPr="00BF30E2">
        <w:rPr>
          <w:b/>
          <w:bCs/>
        </w:rPr>
        <w:t>Curricular Practical Training (CPT)</w:t>
      </w:r>
      <w:r w:rsidR="00913B19">
        <w:t xml:space="preserve"> allows </w:t>
      </w:r>
      <w:r w:rsidR="00734CF5" w:rsidRPr="00734CF5">
        <w:rPr>
          <w:color w:val="00B050"/>
        </w:rPr>
        <w:t>F-1</w:t>
      </w:r>
      <w:r w:rsidR="00687589" w:rsidRPr="00734CF5">
        <w:rPr>
          <w:color w:val="00B050"/>
        </w:rPr>
        <w:t xml:space="preserve"> </w:t>
      </w:r>
      <w:r w:rsidR="00913B19">
        <w:t>international students to gain professional experience as part of their academic program.</w:t>
      </w:r>
      <w:r w:rsidR="00913B19">
        <w:br/>
      </w:r>
      <w:r w:rsidR="00687589">
        <w:t>-</w:t>
      </w:r>
      <w:r w:rsidR="00734CF5">
        <w:t>CPT is treated as a course with registration (as part of a student’s curriculum)</w:t>
      </w:r>
      <w:r w:rsidR="00913B19">
        <w:br/>
      </w:r>
      <w:r w:rsidR="00687589">
        <w:t>-</w:t>
      </w:r>
      <w:r w:rsidR="00913B19">
        <w:t>Students must follow all rules set by ODU’s Visa &amp; Immigration Service Advising (VISA) Office.</w:t>
      </w:r>
    </w:p>
    <w:p w14:paraId="00856113" w14:textId="77777777" w:rsidR="00EC4BF6" w:rsidRDefault="00913B19">
      <w:pPr>
        <w:pStyle w:val="Heading2"/>
      </w:pPr>
      <w:r>
        <w:t>MICO’s Role</w:t>
      </w:r>
    </w:p>
    <w:p w14:paraId="17E9C449" w14:textId="68F428B6" w:rsidR="00EC4BF6" w:rsidRPr="004621EE" w:rsidRDefault="00BF30E2">
      <w:r w:rsidRPr="004621EE">
        <w:t>-</w:t>
      </w:r>
      <w:r w:rsidR="00913B19" w:rsidRPr="004621EE">
        <w:t xml:space="preserve">The Monarch Internship &amp; Co-Op (MICO) </w:t>
      </w:r>
      <w:r w:rsidRPr="004621EE">
        <w:t xml:space="preserve">Office </w:t>
      </w:r>
      <w:r w:rsidR="00913B19" w:rsidRPr="004621EE">
        <w:t xml:space="preserve">reviews CPT requests when the internship </w:t>
      </w:r>
      <w:r w:rsidR="00913B19" w:rsidRPr="004621EE">
        <w:rPr>
          <w:b/>
          <w:bCs/>
        </w:rPr>
        <w:t>is not tied</w:t>
      </w:r>
      <w:r w:rsidR="00913B19" w:rsidRPr="004621EE">
        <w:t xml:space="preserve"> to academic credit.</w:t>
      </w:r>
      <w:r w:rsidR="00913B19" w:rsidRPr="004621EE">
        <w:br/>
        <w:t xml:space="preserve">- Students enroll in </w:t>
      </w:r>
      <w:r w:rsidR="00734CF5" w:rsidRPr="004621EE">
        <w:t>MICO-administered courses</w:t>
      </w:r>
      <w:r w:rsidR="00913B19" w:rsidRPr="004621EE">
        <w:t xml:space="preserve"> for transcript recognition</w:t>
      </w:r>
      <w:r w:rsidR="00734CF5" w:rsidRPr="004621EE">
        <w:t>, when academic departments do not have internship elective courses of their own; these are 0-credit courses.</w:t>
      </w:r>
      <w:r w:rsidR="00913B19" w:rsidRPr="004621EE">
        <w:br/>
        <w:t>- If the internship is tied to a credit-bearing course, the faculty of record completes CPT paperwork</w:t>
      </w:r>
      <w:r w:rsidRPr="004621EE">
        <w:t>--no</w:t>
      </w:r>
      <w:r w:rsidR="00687589" w:rsidRPr="004621EE">
        <w:t xml:space="preserve"> MICO </w:t>
      </w:r>
      <w:r w:rsidRPr="004621EE">
        <w:t>Office approval is needed.</w:t>
      </w:r>
    </w:p>
    <w:p w14:paraId="7E1BE8B4" w14:textId="77777777" w:rsidR="00EC4BF6" w:rsidRDefault="00913B19">
      <w:pPr>
        <w:pStyle w:val="Heading2"/>
      </w:pPr>
      <w:r>
        <w:t>Faculty – What You Need to Know</w:t>
      </w:r>
    </w:p>
    <w:p w14:paraId="0FBB31F9" w14:textId="4CD4E154" w:rsidR="00EC4BF6" w:rsidRPr="004621EE" w:rsidRDefault="00913B19">
      <w:r w:rsidRPr="004621EE">
        <w:t xml:space="preserve">- CPT </w:t>
      </w:r>
      <w:r w:rsidR="00687589" w:rsidRPr="004621EE">
        <w:t xml:space="preserve">always </w:t>
      </w:r>
      <w:r w:rsidRPr="004621EE">
        <w:t>requires course</w:t>
      </w:r>
      <w:r w:rsidR="00734CF5" w:rsidRPr="004621EE">
        <w:t xml:space="preserve"> registration.</w:t>
      </w:r>
      <w:r w:rsidRPr="004621EE">
        <w:br/>
        <w:t>- Internship offer letters must include a future start date (at least 10 business days after submission</w:t>
      </w:r>
      <w:r w:rsidR="00687589" w:rsidRPr="004621EE">
        <w:t>).</w:t>
      </w:r>
      <w:r w:rsidR="00687589" w:rsidRPr="004621EE">
        <w:br/>
        <w:t xml:space="preserve">- If the internship </w:t>
      </w:r>
      <w:r w:rsidR="00BF30E2" w:rsidRPr="004621EE">
        <w:t>offer is received</w:t>
      </w:r>
      <w:r w:rsidR="0001772F" w:rsidRPr="004621EE">
        <w:t xml:space="preserve"> </w:t>
      </w:r>
      <w:r w:rsidR="00687589" w:rsidRPr="004621EE">
        <w:t xml:space="preserve">after the Add/Drop date for a credit bearing course, </w:t>
      </w:r>
      <w:r w:rsidRPr="004621EE">
        <w:t xml:space="preserve">the student should </w:t>
      </w:r>
      <w:r w:rsidR="00734CF5" w:rsidRPr="004621EE">
        <w:t xml:space="preserve">work with their academic department </w:t>
      </w:r>
      <w:r w:rsidR="00BF30E2" w:rsidRPr="004621EE">
        <w:t xml:space="preserve">(for </w:t>
      </w:r>
      <w:r w:rsidR="00734CF5" w:rsidRPr="004621EE">
        <w:t>departmental internship credit</w:t>
      </w:r>
      <w:r w:rsidR="00BF30E2" w:rsidRPr="004621EE">
        <w:t>)</w:t>
      </w:r>
      <w:r w:rsidR="00734CF5" w:rsidRPr="004621EE">
        <w:t xml:space="preserve"> or the MICO </w:t>
      </w:r>
      <w:r w:rsidR="00BF30E2" w:rsidRPr="004621EE">
        <w:t>office (for the 0-credit internship course) to register</w:t>
      </w:r>
      <w:r w:rsidR="00734CF5" w:rsidRPr="004621EE">
        <w:t xml:space="preserve"> via an Add/Drop/Withdraw form from the Registrar’s Office.</w:t>
      </w:r>
    </w:p>
    <w:p w14:paraId="1B78E0F8" w14:textId="77777777" w:rsidR="00EC4BF6" w:rsidRDefault="00913B19">
      <w:pPr>
        <w:pStyle w:val="Heading2"/>
      </w:pPr>
      <w:r>
        <w:t>Key Steps for Students</w:t>
      </w:r>
    </w:p>
    <w:p w14:paraId="71309359" w14:textId="0401FDBE" w:rsidR="00BF30E2" w:rsidRPr="004621EE" w:rsidRDefault="00913B19" w:rsidP="00BF30E2">
      <w:pPr>
        <w:spacing w:after="0" w:line="240" w:lineRule="auto"/>
        <w:contextualSpacing/>
      </w:pPr>
      <w:r w:rsidRPr="004621EE">
        <w:t>1. Attend a CPT workshop (required</w:t>
      </w:r>
      <w:r w:rsidR="00734CF5" w:rsidRPr="004621EE">
        <w:t xml:space="preserve"> – can be in-person or virtual pre-recorded video</w:t>
      </w:r>
      <w:r w:rsidRPr="004621EE">
        <w:t>).</w:t>
      </w:r>
      <w:r w:rsidRPr="004621EE">
        <w:br/>
        <w:t>2. Secure an offer letter from an employer</w:t>
      </w:r>
      <w:r w:rsidR="00377086" w:rsidRPr="004621EE">
        <w:t xml:space="preserve"> </w:t>
      </w:r>
      <w:r w:rsidR="00734CF5" w:rsidRPr="004621EE">
        <w:rPr>
          <w:b/>
          <w:bCs/>
        </w:rPr>
        <w:t>which specifies the hours worked, the pay,</w:t>
      </w:r>
      <w:r w:rsidR="00377086" w:rsidRPr="004621EE">
        <w:rPr>
          <w:b/>
          <w:bCs/>
        </w:rPr>
        <w:t xml:space="preserve"> description of duties, work location, name of company/entity hiring the student, and supervisor information.</w:t>
      </w:r>
      <w:r w:rsidRPr="004621EE">
        <w:br/>
        <w:t>3. Submit CPT request + offer letter to MICO</w:t>
      </w:r>
      <w:r w:rsidR="00010EA7" w:rsidRPr="004621EE">
        <w:t xml:space="preserve"> for </w:t>
      </w:r>
      <w:r w:rsidR="00377086" w:rsidRPr="004621EE">
        <w:t>0-credit</w:t>
      </w:r>
      <w:r w:rsidR="00010EA7" w:rsidRPr="004621EE">
        <w:t xml:space="preserve"> or Faculty of Record for </w:t>
      </w:r>
      <w:r w:rsidR="004145B2" w:rsidRPr="004621EE">
        <w:t>departmental internship/practicum</w:t>
      </w:r>
      <w:r w:rsidR="00010EA7" w:rsidRPr="004621EE">
        <w:t xml:space="preserve"> coursework for signature. </w:t>
      </w:r>
      <w:r w:rsidR="00BF30E2" w:rsidRPr="004621EE">
        <w:t xml:space="preserve">Upon completion, </w:t>
      </w:r>
      <w:r w:rsidR="00010EA7" w:rsidRPr="004621EE">
        <w:t xml:space="preserve">form and offer letter </w:t>
      </w:r>
      <w:r w:rsidR="004145B2" w:rsidRPr="004621EE">
        <w:t xml:space="preserve">should be uploaded to the CPT Request submission on the </w:t>
      </w:r>
      <w:hyperlink r:id="rId7" w:history="1">
        <w:r w:rsidR="004145B2" w:rsidRPr="004621EE">
          <w:rPr>
            <w:rStyle w:val="Hyperlink"/>
            <w:color w:val="auto"/>
          </w:rPr>
          <w:t>International Student Portal</w:t>
        </w:r>
      </w:hyperlink>
      <w:r w:rsidR="0001772F" w:rsidRPr="004621EE">
        <w:t xml:space="preserve">. CPT requests are reviewed in order of submission. </w:t>
      </w:r>
      <w:r w:rsidR="004145B2" w:rsidRPr="004621EE">
        <w:t xml:space="preserve">Students should </w:t>
      </w:r>
      <w:r w:rsidR="00BF30E2" w:rsidRPr="004621EE">
        <w:t>submit CPT requests as soon as an internship offer is received to ensure processing prior to start date.</w:t>
      </w:r>
    </w:p>
    <w:p w14:paraId="0C3163F1" w14:textId="77777777" w:rsidR="004621EE" w:rsidRPr="004621EE" w:rsidRDefault="00913B19" w:rsidP="004621EE">
      <w:pPr>
        <w:spacing w:line="720" w:lineRule="auto"/>
        <w:contextualSpacing/>
      </w:pPr>
      <w:r w:rsidRPr="004621EE">
        <w:t>4. Allow 10 business days for processing.</w:t>
      </w:r>
      <w:r w:rsidR="00010EA7" w:rsidRPr="004621EE">
        <w:t xml:space="preserve"> </w:t>
      </w:r>
      <w:r w:rsidR="004145B2" w:rsidRPr="004621EE">
        <w:t xml:space="preserve">Students </w:t>
      </w:r>
      <w:r w:rsidR="00BF30E2" w:rsidRPr="004621EE">
        <w:t xml:space="preserve">must </w:t>
      </w:r>
      <w:r w:rsidR="004145B2" w:rsidRPr="004621EE">
        <w:t xml:space="preserve">wait </w:t>
      </w:r>
      <w:r w:rsidR="00010EA7" w:rsidRPr="004621EE">
        <w:t xml:space="preserve">until </w:t>
      </w:r>
      <w:r w:rsidR="004145B2" w:rsidRPr="004621EE">
        <w:t>their CPT I-20 is received to begin work.</w:t>
      </w:r>
    </w:p>
    <w:p w14:paraId="765EB852" w14:textId="216A75AE" w:rsidR="004621EE" w:rsidRPr="004621EE" w:rsidRDefault="00913B19" w:rsidP="004621EE">
      <w:pPr>
        <w:spacing w:after="0" w:line="240" w:lineRule="auto"/>
        <w:contextualSpacing/>
        <w:rPr>
          <w:rFonts w:ascii="Calibri" w:hAnsi="Calibri" w:cs="Calibri"/>
          <w:b/>
          <w:bCs/>
          <w:color w:val="4F81BD" w:themeColor="accent1"/>
          <w:sz w:val="26"/>
          <w:szCs w:val="26"/>
        </w:rPr>
      </w:pPr>
      <w:r w:rsidRPr="004621EE">
        <w:rPr>
          <w:rFonts w:ascii="Calibri" w:hAnsi="Calibri" w:cs="Calibri"/>
          <w:b/>
          <w:bCs/>
          <w:color w:val="4F81BD" w:themeColor="accent1"/>
          <w:sz w:val="26"/>
          <w:szCs w:val="26"/>
        </w:rPr>
        <w:t>Quick Reminders</w:t>
      </w:r>
    </w:p>
    <w:p w14:paraId="4B65806E" w14:textId="09B81733" w:rsidR="00687589" w:rsidRPr="004621EE" w:rsidRDefault="00913B19" w:rsidP="004621EE">
      <w:pPr>
        <w:spacing w:after="0" w:line="240" w:lineRule="auto"/>
        <w:contextualSpacing/>
      </w:pPr>
      <w:r w:rsidRPr="004621EE">
        <w:t xml:space="preserve">- Part-time CPT = ≤20 </w:t>
      </w:r>
      <w:proofErr w:type="spellStart"/>
      <w:r w:rsidRPr="004621EE">
        <w:t>hrs</w:t>
      </w:r>
      <w:proofErr w:type="spellEnd"/>
      <w:r w:rsidRPr="004621EE">
        <w:t>/week</w:t>
      </w:r>
      <w:r w:rsidRPr="004621EE">
        <w:br/>
        <w:t xml:space="preserve">- Full-time CPT = 21+ </w:t>
      </w:r>
      <w:proofErr w:type="spellStart"/>
      <w:r w:rsidRPr="004621EE">
        <w:t>hrs</w:t>
      </w:r>
      <w:proofErr w:type="spellEnd"/>
      <w:r w:rsidRPr="004621EE">
        <w:t>/week (</w:t>
      </w:r>
      <w:r w:rsidR="00420E2F" w:rsidRPr="004621EE">
        <w:t xml:space="preserve">only an option in </w:t>
      </w:r>
      <w:r w:rsidRPr="004621EE">
        <w:t>summer</w:t>
      </w:r>
      <w:r w:rsidR="004145B2" w:rsidRPr="004621EE">
        <w:t>,</w:t>
      </w:r>
      <w:r w:rsidRPr="004621EE">
        <w:t xml:space="preserve"> final semester</w:t>
      </w:r>
      <w:r w:rsidR="004145B2" w:rsidRPr="004621EE">
        <w:t>, or dissertation stage of program (Doctoral students only</w:t>
      </w:r>
      <w:r w:rsidRPr="004621EE">
        <w:t>)</w:t>
      </w:r>
      <w:r w:rsidR="004145B2" w:rsidRPr="004621EE">
        <w:t>.</w:t>
      </w:r>
      <w:r w:rsidRPr="004621EE">
        <w:br/>
        <w:t>- GPA: 2.0+ undergrad / 3.0+ grad</w:t>
      </w:r>
      <w:r w:rsidRPr="004621EE">
        <w:br/>
        <w:t xml:space="preserve">- Must have completed 2 </w:t>
      </w:r>
      <w:r w:rsidR="009D5D1E" w:rsidRPr="004621EE">
        <w:t xml:space="preserve">full-time enrolled </w:t>
      </w:r>
      <w:r w:rsidRPr="004621EE">
        <w:t>semesters</w:t>
      </w:r>
      <w:r w:rsidR="009D5D1E" w:rsidRPr="004621EE">
        <w:t xml:space="preserve"> (can be from different visa status and/or degree program)</w:t>
      </w:r>
      <w:r w:rsidRPr="004621EE">
        <w:t xml:space="preserve"> before applying</w:t>
      </w:r>
      <w:r w:rsidR="004145B2" w:rsidRPr="004621EE">
        <w:t xml:space="preserve"> (unless earlier internship/practicum is required by academic department).</w:t>
      </w:r>
    </w:p>
    <w:p w14:paraId="3D2283EC" w14:textId="69685CFD" w:rsidR="004145B2" w:rsidRPr="004621EE" w:rsidRDefault="004145B2" w:rsidP="004621EE">
      <w:pPr>
        <w:spacing w:after="0" w:line="240" w:lineRule="auto"/>
      </w:pPr>
      <w:r w:rsidRPr="004621EE">
        <w:t xml:space="preserve">Student partaking in greater than 364 days of full-time CPT will void their eligibility for OPT. </w:t>
      </w:r>
    </w:p>
    <w:p w14:paraId="1B43BF13" w14:textId="77777777" w:rsidR="004621EE" w:rsidRPr="004145B2" w:rsidRDefault="004621EE" w:rsidP="004621EE">
      <w:pPr>
        <w:spacing w:after="0" w:line="240" w:lineRule="auto"/>
        <w:rPr>
          <w:color w:val="00B050"/>
        </w:rPr>
      </w:pPr>
    </w:p>
    <w:p w14:paraId="3C92D452" w14:textId="182196DD" w:rsidR="00EC4BF6" w:rsidRDefault="00392E67">
      <w:r>
        <w:t xml:space="preserve">Questions? </w:t>
      </w:r>
      <w:r w:rsidR="0001772F">
        <w:t xml:space="preserve">Contact the </w:t>
      </w:r>
      <w:r w:rsidRPr="004621EE">
        <w:rPr>
          <w:b/>
          <w:bCs/>
        </w:rPr>
        <w:t>Monarch Internship &amp; Co-Op Office</w:t>
      </w:r>
      <w:r w:rsidR="004621EE">
        <w:t>:</w:t>
      </w:r>
      <w:r>
        <w:t xml:space="preserve"> 1007 Webb Center</w:t>
      </w:r>
      <w:r w:rsidR="0001772F">
        <w:t xml:space="preserve">, </w:t>
      </w:r>
      <w:r>
        <w:t xml:space="preserve"> </w:t>
      </w:r>
      <w:hyperlink r:id="rId8" w:history="1">
        <w:r w:rsidR="00687589" w:rsidRPr="00D509D5">
          <w:rPr>
            <w:rStyle w:val="Hyperlink"/>
          </w:rPr>
          <w:t>internship@odu.edu</w:t>
        </w:r>
      </w:hyperlink>
      <w:r w:rsidR="00687589">
        <w:t xml:space="preserve"> 757-683-JOBS</w:t>
      </w:r>
      <w:r w:rsidR="0001772F">
        <w:t xml:space="preserve"> OR </w:t>
      </w:r>
      <w:r w:rsidR="0001772F" w:rsidRPr="004621EE">
        <w:rPr>
          <w:b/>
          <w:bCs/>
        </w:rPr>
        <w:t>ODU VISA</w:t>
      </w:r>
      <w:r w:rsidR="0001772F">
        <w:t xml:space="preserve"> at</w:t>
      </w:r>
      <w:r w:rsidR="004621EE">
        <w:t xml:space="preserve"> 2006 Dragas Hall, intlstu@odu.edu,</w:t>
      </w:r>
      <w:r w:rsidR="0001772F">
        <w:t xml:space="preserve"> </w:t>
      </w:r>
      <w:r w:rsidR="0001772F" w:rsidRPr="0001772F">
        <w:t>757-683-4756</w:t>
      </w:r>
      <w:r w:rsidR="0001772F">
        <w:t xml:space="preserve"> </w:t>
      </w:r>
      <w:r>
        <w:br/>
        <w:t xml:space="preserve">🌐 ODU </w:t>
      </w:r>
      <w:r w:rsidR="00687589">
        <w:t xml:space="preserve">VISA </w:t>
      </w:r>
      <w:r>
        <w:t xml:space="preserve">CPT Guidelines: </w:t>
      </w:r>
      <w:hyperlink r:id="rId9" w:history="1">
        <w:r w:rsidR="00687589" w:rsidRPr="00D509D5">
          <w:rPr>
            <w:rStyle w:val="Hyperlink"/>
          </w:rPr>
          <w:t>https://www.odu.edu/visa/employment/employment-international-students</w:t>
        </w:r>
      </w:hyperlink>
      <w:r w:rsidR="00687589">
        <w:t xml:space="preserve"> </w:t>
      </w:r>
    </w:p>
    <w:sectPr w:rsidR="00EC4BF6" w:rsidSect="006875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81C7D2B"/>
    <w:multiLevelType w:val="hybridMultilevel"/>
    <w:tmpl w:val="5548F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344073">
    <w:abstractNumId w:val="8"/>
  </w:num>
  <w:num w:numId="2" w16cid:durableId="1887177674">
    <w:abstractNumId w:val="6"/>
  </w:num>
  <w:num w:numId="3" w16cid:durableId="185749926">
    <w:abstractNumId w:val="5"/>
  </w:num>
  <w:num w:numId="4" w16cid:durableId="1069500673">
    <w:abstractNumId w:val="4"/>
  </w:num>
  <w:num w:numId="5" w16cid:durableId="1970475537">
    <w:abstractNumId w:val="7"/>
  </w:num>
  <w:num w:numId="6" w16cid:durableId="699287006">
    <w:abstractNumId w:val="3"/>
  </w:num>
  <w:num w:numId="7" w16cid:durableId="1541892342">
    <w:abstractNumId w:val="2"/>
  </w:num>
  <w:num w:numId="8" w16cid:durableId="1931892782">
    <w:abstractNumId w:val="1"/>
  </w:num>
  <w:num w:numId="9" w16cid:durableId="1992058864">
    <w:abstractNumId w:val="0"/>
  </w:num>
  <w:num w:numId="10" w16cid:durableId="17005464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0EA7"/>
    <w:rsid w:val="0001772F"/>
    <w:rsid w:val="00034616"/>
    <w:rsid w:val="0006063C"/>
    <w:rsid w:val="0015074B"/>
    <w:rsid w:val="00186BA7"/>
    <w:rsid w:val="00282CCC"/>
    <w:rsid w:val="0029639D"/>
    <w:rsid w:val="00326F90"/>
    <w:rsid w:val="00377086"/>
    <w:rsid w:val="00392E67"/>
    <w:rsid w:val="004145B2"/>
    <w:rsid w:val="00420E2F"/>
    <w:rsid w:val="004621EE"/>
    <w:rsid w:val="00687589"/>
    <w:rsid w:val="00734CF5"/>
    <w:rsid w:val="00885312"/>
    <w:rsid w:val="00913B19"/>
    <w:rsid w:val="009D5D1E"/>
    <w:rsid w:val="00A06F98"/>
    <w:rsid w:val="00AA1D8D"/>
    <w:rsid w:val="00B47730"/>
    <w:rsid w:val="00BF30E2"/>
    <w:rsid w:val="00CB0664"/>
    <w:rsid w:val="00DE4C7B"/>
    <w:rsid w:val="00EC4BF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5B3BAC"/>
  <w14:defaultImageDpi w14:val="300"/>
  <w15:docId w15:val="{E9D100CC-E456-4968-A388-3D37896FC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6875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758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4C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4C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4C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C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C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ship@odu.edu" TargetMode="External"/><Relationship Id="rId3" Type="http://schemas.openxmlformats.org/officeDocument/2006/relationships/styles" Target="styles.xml"/><Relationship Id="rId7" Type="http://schemas.openxmlformats.org/officeDocument/2006/relationships/hyperlink" Target="file:///C:\Users\jrsykes\Downloads\intl.odu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odu.edu/visa/employment/employment-international-stude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484</Words>
  <Characters>2697</Characters>
  <Application>Microsoft Office Word</Application>
  <DocSecurity>0</DocSecurity>
  <Lines>41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Reyes, Kasie C.</cp:lastModifiedBy>
  <cp:revision>2</cp:revision>
  <cp:lastPrinted>2025-09-22T12:14:00Z</cp:lastPrinted>
  <dcterms:created xsi:type="dcterms:W3CDTF">2025-10-13T14:57:00Z</dcterms:created>
  <dcterms:modified xsi:type="dcterms:W3CDTF">2025-10-13T14:57:00Z</dcterms:modified>
  <cp:category/>
</cp:coreProperties>
</file>